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67833" w14:textId="77777777" w:rsidR="007954ED" w:rsidRPr="004024F6" w:rsidRDefault="0041064C">
      <w:pPr>
        <w:spacing w:after="80"/>
        <w:rPr>
          <w:rFonts w:asciiTheme="majorHAnsi" w:hAnsiTheme="majorHAnsi" w:cstheme="majorHAnsi"/>
        </w:rPr>
      </w:pPr>
      <w:r w:rsidRPr="004024F6"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  <w:t>NORTHAMPTON SCHOOL FOR GIRLS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00"/>
      </w:tblGrid>
      <w:tr w:rsidR="00B660EA" w:rsidRPr="004024F6" w14:paraId="765B3A50" w14:textId="77777777">
        <w:trPr>
          <w:jc w:val="center"/>
        </w:trPr>
        <w:tc>
          <w:tcPr>
            <w:tcW w:w="9800" w:type="dxa"/>
            <w:tcMar>
              <w:top w:w="20" w:type="dxa"/>
              <w:left w:w="0" w:type="dxa"/>
              <w:bottom w:w="20" w:type="dxa"/>
              <w:right w:w="0" w:type="dxa"/>
            </w:tcMar>
          </w:tcPr>
          <w:p w14:paraId="205E0D01" w14:textId="6F693F05" w:rsidR="00B660EA" w:rsidRPr="004024F6" w:rsidRDefault="00B660EA">
            <w:pPr>
              <w:spacing w:after="20"/>
              <w:rPr>
                <w:rFonts w:asciiTheme="majorHAnsi" w:hAnsiTheme="majorHAnsi" w:cstheme="majorHAnsi"/>
              </w:rPr>
            </w:pP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Year 11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PPE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T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imetable</w:t>
            </w:r>
            <w:r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- Week 1</w:t>
            </w:r>
          </w:p>
          <w:p w14:paraId="532595FC" w14:textId="39546C25" w:rsidR="00B660EA" w:rsidRPr="004024F6" w:rsidRDefault="00B660EA">
            <w:pPr>
              <w:spacing w:after="60"/>
              <w:rPr>
                <w:rFonts w:asciiTheme="majorHAnsi" w:hAnsiTheme="majorHAnsi" w:cstheme="majorHAnsi"/>
              </w:rPr>
            </w:pPr>
            <w:r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>November</w:t>
            </w:r>
            <w:r w:rsidRPr="004024F6"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 xml:space="preserve"> 2026</w:t>
            </w:r>
          </w:p>
        </w:tc>
      </w:tr>
    </w:tbl>
    <w:p w14:paraId="24D906BA" w14:textId="77777777" w:rsidR="007954ED" w:rsidRPr="004024F6" w:rsidRDefault="007954ED">
      <w:pPr>
        <w:spacing w:after="60"/>
        <w:rPr>
          <w:rFonts w:asciiTheme="majorHAnsi" w:hAnsiTheme="majorHAnsi" w:cstheme="majorHAnsi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797"/>
        <w:gridCol w:w="6490"/>
        <w:gridCol w:w="6490"/>
      </w:tblGrid>
      <w:tr w:rsidR="007954ED" w:rsidRPr="004024F6" w14:paraId="04DA895B" w14:textId="77777777" w:rsidTr="00134679">
        <w:trPr>
          <w:cantSplit/>
          <w:trHeight w:val="1146"/>
          <w:tblHeader/>
          <w:jc w:val="center"/>
        </w:trPr>
        <w:tc>
          <w:tcPr>
            <w:tcW w:w="1797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34E3C432" w14:textId="77777777" w:rsidR="007954ED" w:rsidRPr="004024F6" w:rsidRDefault="0041064C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DAY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20EA759A" w14:textId="20DEA769" w:rsidR="007954ED" w:rsidRPr="004024F6" w:rsidRDefault="003F0F91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AM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5DAE5AB4" w14:textId="33921E07" w:rsidR="007954ED" w:rsidRPr="004024F6" w:rsidRDefault="003F0F91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PM</w:t>
            </w:r>
          </w:p>
        </w:tc>
      </w:tr>
      <w:tr w:rsidR="006938B6" w:rsidRPr="004024F6" w14:paraId="3C654AF3" w14:textId="77777777" w:rsidTr="00134679">
        <w:trPr>
          <w:cantSplit/>
          <w:trHeight w:val="114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ED412FE" w14:textId="2D8E4781" w:rsidR="006938B6" w:rsidRPr="004024F6" w:rsidRDefault="006938B6" w:rsidP="006938B6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MONDAY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23</w:t>
            </w:r>
            <w:r w:rsidR="00B660EA" w:rsidRP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rd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8E9772F" w14:textId="6ADC0217" w:rsidR="006938B6" w:rsidRPr="00B660EA" w:rsidRDefault="008B17F5" w:rsidP="006938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Disaggregated Training Day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E8C033E" w14:textId="3C03D48A" w:rsidR="006938B6" w:rsidRPr="00B660EA" w:rsidRDefault="008B17F5" w:rsidP="006938B6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Disaggregated Training Day</w:t>
            </w:r>
          </w:p>
        </w:tc>
      </w:tr>
      <w:tr w:rsidR="008B17F5" w:rsidRPr="004024F6" w14:paraId="5E7186CD" w14:textId="77777777" w:rsidTr="00134679">
        <w:trPr>
          <w:cantSplit/>
          <w:trHeight w:val="114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4F9158F" w14:textId="1232D782" w:rsidR="008B17F5" w:rsidRPr="004024F6" w:rsidRDefault="008B17F5" w:rsidP="008B17F5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TUESDAY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24</w:t>
            </w:r>
            <w:r w:rsidR="00B660EA" w:rsidRP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2BCDB27" w14:textId="4574E704" w:rsidR="008B17F5" w:rsidRPr="00B660EA" w:rsidRDefault="008B17F5" w:rsidP="008B17F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English Lang</w:t>
            </w:r>
            <w:r w:rsidR="009D565C">
              <w:rPr>
                <w:rFonts w:ascii="Arial" w:hAnsi="Arial" w:cs="Arial"/>
                <w:sz w:val="20"/>
                <w:szCs w:val="20"/>
              </w:rPr>
              <w:t>uage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1C44">
              <w:rPr>
                <w:rFonts w:ascii="Arial" w:hAnsi="Arial" w:cs="Arial"/>
                <w:sz w:val="20"/>
                <w:szCs w:val="20"/>
              </w:rPr>
              <w:t>P</w:t>
            </w:r>
            <w:r w:rsidR="009D565C">
              <w:rPr>
                <w:rFonts w:ascii="Arial" w:hAnsi="Arial" w:cs="Arial"/>
                <w:sz w:val="20"/>
                <w:szCs w:val="20"/>
              </w:rPr>
              <w:t xml:space="preserve">aper </w:t>
            </w:r>
            <w:r w:rsidRPr="00B660EA">
              <w:rPr>
                <w:rFonts w:ascii="Arial" w:hAnsi="Arial" w:cs="Arial"/>
                <w:sz w:val="20"/>
                <w:szCs w:val="20"/>
              </w:rPr>
              <w:t>1</w:t>
            </w:r>
            <w:r w:rsidR="009D565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660EA">
              <w:rPr>
                <w:rFonts w:ascii="Arial" w:hAnsi="Arial" w:cs="Arial"/>
                <w:sz w:val="20"/>
                <w:szCs w:val="20"/>
              </w:rPr>
              <w:t>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45m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C853C92" w14:textId="1E55C0E7" w:rsidR="008B17F5" w:rsidRPr="00B660EA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Math</w:t>
            </w:r>
            <w:r w:rsidR="00666A2E">
              <w:rPr>
                <w:rFonts w:ascii="Arial" w:hAnsi="Arial" w:cs="Arial"/>
                <w:sz w:val="20"/>
                <w:szCs w:val="20"/>
              </w:rPr>
              <w:t>ematics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1C44">
              <w:rPr>
                <w:rFonts w:ascii="Arial" w:hAnsi="Arial" w:cs="Arial"/>
                <w:sz w:val="20"/>
                <w:szCs w:val="20"/>
              </w:rPr>
              <w:t>P</w:t>
            </w:r>
            <w:r w:rsidR="009D565C">
              <w:rPr>
                <w:rFonts w:ascii="Arial" w:hAnsi="Arial" w:cs="Arial"/>
                <w:sz w:val="20"/>
                <w:szCs w:val="20"/>
              </w:rPr>
              <w:t xml:space="preserve">aper </w:t>
            </w:r>
            <w:r w:rsidRPr="00B660EA">
              <w:rPr>
                <w:rFonts w:ascii="Arial" w:hAnsi="Arial" w:cs="Arial"/>
                <w:sz w:val="20"/>
                <w:szCs w:val="20"/>
              </w:rPr>
              <w:t>1</w:t>
            </w:r>
            <w:r w:rsidR="009D565C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1hr 30</w:t>
            </w:r>
          </w:p>
        </w:tc>
      </w:tr>
      <w:tr w:rsidR="008B17F5" w:rsidRPr="004024F6" w14:paraId="06504411" w14:textId="77777777" w:rsidTr="00134679">
        <w:trPr>
          <w:cantSplit/>
          <w:trHeight w:val="114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44D578A" w14:textId="24FD6824" w:rsidR="008B17F5" w:rsidRPr="004024F6" w:rsidRDefault="008B17F5" w:rsidP="008B17F5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WEDNESDAY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25</w:t>
            </w:r>
            <w:r w:rsidR="00B660EA" w:rsidRP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AF37579" w14:textId="65607DA1" w:rsidR="009D565C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Biology</w:t>
            </w:r>
            <w:r w:rsidR="009D565C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45m </w:t>
            </w:r>
          </w:p>
          <w:p w14:paraId="13EB55CB" w14:textId="25450F16" w:rsidR="008B17F5" w:rsidRPr="00B660EA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Com</w:t>
            </w:r>
            <w:r w:rsidR="009D565C">
              <w:rPr>
                <w:rFonts w:ascii="Arial" w:hAnsi="Arial" w:cs="Arial"/>
                <w:sz w:val="20"/>
                <w:szCs w:val="20"/>
              </w:rPr>
              <w:t>puter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Science</w:t>
            </w:r>
            <w:r w:rsidR="009D565C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15m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10ACC66" w14:textId="6299B386" w:rsidR="008B17F5" w:rsidRPr="00B660EA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 xml:space="preserve">Film </w:t>
            </w:r>
            <w:r w:rsidR="00881C44">
              <w:rPr>
                <w:rFonts w:ascii="Arial" w:hAnsi="Arial" w:cs="Arial"/>
                <w:sz w:val="20"/>
                <w:szCs w:val="20"/>
              </w:rPr>
              <w:t>C</w:t>
            </w:r>
            <w:r w:rsidRPr="00B660EA">
              <w:rPr>
                <w:rFonts w:ascii="Arial" w:hAnsi="Arial" w:cs="Arial"/>
                <w:sz w:val="20"/>
                <w:szCs w:val="20"/>
              </w:rPr>
              <w:t>omponent 2</w:t>
            </w:r>
            <w:r w:rsidR="009D565C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30</w:t>
            </w:r>
            <w:r w:rsidR="00BE3257">
              <w:rPr>
                <w:rFonts w:ascii="Arial" w:hAnsi="Arial" w:cs="Arial"/>
                <w:sz w:val="20"/>
                <w:szCs w:val="20"/>
              </w:rPr>
              <w:t>min</w:t>
            </w:r>
          </w:p>
        </w:tc>
      </w:tr>
      <w:tr w:rsidR="008B17F5" w:rsidRPr="004024F6" w14:paraId="453A7A7E" w14:textId="77777777" w:rsidTr="00134679">
        <w:trPr>
          <w:cantSplit/>
          <w:trHeight w:val="114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04FFFF0" w14:textId="492CD0C3" w:rsidR="008B17F5" w:rsidRPr="004024F6" w:rsidRDefault="008B17F5" w:rsidP="008B17F5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THURSDAY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26</w:t>
            </w:r>
            <w:r w:rsidR="00B660EA" w:rsidRP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0C0C638E" w14:textId="35A85E7E" w:rsidR="008B17F5" w:rsidRPr="00B660EA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English Lit</w:t>
            </w:r>
            <w:r w:rsidR="00BE3257">
              <w:rPr>
                <w:rFonts w:ascii="Arial" w:hAnsi="Arial" w:cs="Arial"/>
                <w:sz w:val="20"/>
                <w:szCs w:val="20"/>
              </w:rPr>
              <w:t>erature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BE3257">
              <w:rPr>
                <w:rFonts w:ascii="Arial" w:hAnsi="Arial" w:cs="Arial"/>
                <w:sz w:val="20"/>
                <w:szCs w:val="20"/>
              </w:rPr>
              <w:t>aper</w:t>
            </w:r>
            <w:r w:rsidR="00666A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60EA">
              <w:rPr>
                <w:rFonts w:ascii="Arial" w:hAnsi="Arial" w:cs="Arial"/>
                <w:sz w:val="20"/>
                <w:szCs w:val="20"/>
              </w:rPr>
              <w:t>1</w:t>
            </w:r>
            <w:r w:rsidR="00BE3257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2h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7CA79CE2" w14:textId="2AD04FE3" w:rsidR="008B17F5" w:rsidRPr="00B660EA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>EP Religion</w:t>
            </w:r>
            <w:r w:rsidR="00BE3257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20m</w:t>
            </w:r>
            <w:r w:rsidR="00BE3257">
              <w:rPr>
                <w:rFonts w:ascii="Arial" w:hAnsi="Arial" w:cs="Arial"/>
                <w:sz w:val="20"/>
                <w:szCs w:val="20"/>
              </w:rPr>
              <w:t>in</w:t>
            </w:r>
          </w:p>
        </w:tc>
      </w:tr>
      <w:tr w:rsidR="008B17F5" w:rsidRPr="004024F6" w14:paraId="7166F5BC" w14:textId="77777777" w:rsidTr="00134679">
        <w:trPr>
          <w:cantSplit/>
          <w:trHeight w:val="114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F7A1F4B" w14:textId="6BE55630" w:rsidR="008B17F5" w:rsidRPr="004024F6" w:rsidRDefault="008B17F5" w:rsidP="008B17F5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FRIDAY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27</w:t>
            </w:r>
            <w:r w:rsidR="00B660EA" w:rsidRP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B660EA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9C9EE94" w14:textId="64B4327F" w:rsidR="00FE16A4" w:rsidRDefault="008B17F5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 xml:space="preserve">French </w:t>
            </w:r>
            <w:r w:rsidR="00881C44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eading and </w:t>
            </w:r>
            <w:r w:rsidR="00881C44">
              <w:rPr>
                <w:rFonts w:ascii="Arial" w:hAnsi="Arial" w:cs="Arial"/>
                <w:sz w:val="20"/>
                <w:szCs w:val="20"/>
              </w:rPr>
              <w:t>L</w:t>
            </w:r>
            <w:r w:rsidRPr="00B660EA">
              <w:rPr>
                <w:rFonts w:ascii="Arial" w:hAnsi="Arial" w:cs="Arial"/>
                <w:sz w:val="20"/>
                <w:szCs w:val="20"/>
              </w:rPr>
              <w:t>istening F</w:t>
            </w:r>
            <w:r w:rsidR="00BE3257">
              <w:rPr>
                <w:rFonts w:ascii="Arial" w:hAnsi="Arial" w:cs="Arial"/>
                <w:sz w:val="20"/>
                <w:szCs w:val="20"/>
              </w:rPr>
              <w:t>oundation Ti</w:t>
            </w:r>
            <w:r w:rsidR="005E6706">
              <w:rPr>
                <w:rFonts w:ascii="Arial" w:hAnsi="Arial" w:cs="Arial"/>
                <w:sz w:val="20"/>
                <w:szCs w:val="20"/>
              </w:rPr>
              <w:t>e</w:t>
            </w:r>
            <w:r w:rsidR="00BE3257">
              <w:rPr>
                <w:rFonts w:ascii="Arial" w:hAnsi="Arial" w:cs="Arial"/>
                <w:sz w:val="20"/>
                <w:szCs w:val="20"/>
              </w:rPr>
              <w:t xml:space="preserve">r: </w:t>
            </w:r>
            <w:r w:rsidRPr="00B660EA">
              <w:rPr>
                <w:rFonts w:ascii="Arial" w:hAnsi="Arial" w:cs="Arial"/>
                <w:sz w:val="20"/>
                <w:szCs w:val="20"/>
              </w:rPr>
              <w:t>1hr 20m</w:t>
            </w:r>
            <w:r w:rsidR="00BE3257">
              <w:rPr>
                <w:rFonts w:ascii="Arial" w:hAnsi="Arial" w:cs="Arial"/>
                <w:sz w:val="20"/>
                <w:szCs w:val="20"/>
              </w:rPr>
              <w:t>in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15DC85E" w14:textId="10A651CD" w:rsidR="008B17F5" w:rsidRDefault="00FE16A4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</w:t>
            </w:r>
            <w:r w:rsidR="008B17F5" w:rsidRPr="00B660EA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>igher T</w:t>
            </w:r>
            <w:r w:rsidR="00406DC3">
              <w:rPr>
                <w:rFonts w:ascii="Arial" w:hAnsi="Arial" w:cs="Arial"/>
                <w:sz w:val="20"/>
                <w:szCs w:val="20"/>
              </w:rPr>
              <w:t>ie</w:t>
            </w:r>
            <w:r>
              <w:rPr>
                <w:rFonts w:ascii="Arial" w:hAnsi="Arial" w:cs="Arial"/>
                <w:sz w:val="20"/>
                <w:szCs w:val="20"/>
              </w:rPr>
              <w:t xml:space="preserve">r: </w:t>
            </w:r>
            <w:r w:rsidR="008B17F5" w:rsidRPr="00B660EA">
              <w:rPr>
                <w:rFonts w:ascii="Arial" w:hAnsi="Arial" w:cs="Arial"/>
                <w:sz w:val="20"/>
                <w:szCs w:val="20"/>
              </w:rPr>
              <w:t>1hr 45m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 w:rsidR="008B17F5" w:rsidRPr="00B660E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89D298" w14:textId="77777777" w:rsidR="00134679" w:rsidRDefault="00134679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6F7D76" w14:textId="77777777" w:rsidR="00134679" w:rsidRDefault="00134679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C2C47D" w14:textId="6C8ACD8F" w:rsidR="00134679" w:rsidRPr="00B660EA" w:rsidRDefault="00134679" w:rsidP="008B17F5">
            <w:pPr>
              <w:spacing w:after="52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7CF8D742" w14:textId="1BEB0C77" w:rsidR="008B17F5" w:rsidRPr="00B660EA" w:rsidRDefault="008B17F5" w:rsidP="008B17F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660EA">
              <w:rPr>
                <w:rFonts w:ascii="Arial" w:hAnsi="Arial" w:cs="Arial"/>
                <w:sz w:val="20"/>
                <w:szCs w:val="20"/>
              </w:rPr>
              <w:t xml:space="preserve">History </w:t>
            </w:r>
            <w:r w:rsidR="00881C44">
              <w:rPr>
                <w:rFonts w:ascii="Arial" w:hAnsi="Arial" w:cs="Arial"/>
                <w:sz w:val="20"/>
                <w:szCs w:val="20"/>
              </w:rPr>
              <w:t>P</w:t>
            </w:r>
            <w:r w:rsidR="00FE16A4">
              <w:rPr>
                <w:rFonts w:ascii="Arial" w:hAnsi="Arial" w:cs="Arial"/>
                <w:sz w:val="20"/>
                <w:szCs w:val="20"/>
              </w:rPr>
              <w:t xml:space="preserve">aper </w:t>
            </w:r>
            <w:r w:rsidRPr="00B660EA">
              <w:rPr>
                <w:rFonts w:ascii="Arial" w:hAnsi="Arial" w:cs="Arial"/>
                <w:sz w:val="20"/>
                <w:szCs w:val="20"/>
              </w:rPr>
              <w:t>1 Medicine</w:t>
            </w:r>
            <w:r w:rsidR="00FE16A4">
              <w:rPr>
                <w:rFonts w:ascii="Arial" w:hAnsi="Arial" w:cs="Arial"/>
                <w:sz w:val="20"/>
                <w:szCs w:val="20"/>
              </w:rPr>
              <w:t>: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1h</w:t>
            </w:r>
            <w:r w:rsidR="00BE3257">
              <w:rPr>
                <w:rFonts w:ascii="Arial" w:hAnsi="Arial" w:cs="Arial"/>
                <w:sz w:val="20"/>
                <w:szCs w:val="20"/>
              </w:rPr>
              <w:t>r</w:t>
            </w:r>
            <w:r w:rsidRPr="00B660EA">
              <w:rPr>
                <w:rFonts w:ascii="Arial" w:hAnsi="Arial" w:cs="Arial"/>
                <w:sz w:val="20"/>
                <w:szCs w:val="20"/>
              </w:rPr>
              <w:t xml:space="preserve"> 20m</w:t>
            </w:r>
            <w:r w:rsidR="00BE3257">
              <w:rPr>
                <w:rFonts w:ascii="Arial" w:hAnsi="Arial" w:cs="Arial"/>
                <w:sz w:val="20"/>
                <w:szCs w:val="20"/>
              </w:rPr>
              <w:t>in</w:t>
            </w:r>
          </w:p>
        </w:tc>
      </w:tr>
    </w:tbl>
    <w:p w14:paraId="15EE29C1" w14:textId="77777777" w:rsidR="0041064C" w:rsidRDefault="0041064C">
      <w:pPr>
        <w:rPr>
          <w:rFonts w:asciiTheme="majorHAnsi" w:hAnsiTheme="majorHAnsi" w:cstheme="majorHAnsi"/>
        </w:rPr>
      </w:pPr>
    </w:p>
    <w:p w14:paraId="3B4756EB" w14:textId="77777777" w:rsidR="00122B29" w:rsidRPr="004024F6" w:rsidRDefault="00122B29" w:rsidP="00122B29">
      <w:pPr>
        <w:spacing w:after="80"/>
        <w:rPr>
          <w:rFonts w:asciiTheme="majorHAnsi" w:hAnsiTheme="majorHAnsi" w:cstheme="majorHAnsi"/>
        </w:rPr>
      </w:pPr>
      <w:r w:rsidRPr="004024F6"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  <w:lastRenderedPageBreak/>
        <w:t>NORTHAMPTON SCHOOL FOR GIRLS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00"/>
      </w:tblGrid>
      <w:tr w:rsidR="00B660EA" w:rsidRPr="004024F6" w14:paraId="6AF93E20" w14:textId="77777777" w:rsidTr="00434F1B">
        <w:trPr>
          <w:jc w:val="center"/>
        </w:trPr>
        <w:tc>
          <w:tcPr>
            <w:tcW w:w="9800" w:type="dxa"/>
            <w:tcMar>
              <w:top w:w="20" w:type="dxa"/>
              <w:left w:w="0" w:type="dxa"/>
              <w:bottom w:w="20" w:type="dxa"/>
              <w:right w:w="0" w:type="dxa"/>
            </w:tcMar>
          </w:tcPr>
          <w:p w14:paraId="3ADE52BB" w14:textId="589932DB" w:rsidR="00B660EA" w:rsidRPr="004024F6" w:rsidRDefault="00B660EA" w:rsidP="00434F1B">
            <w:pPr>
              <w:spacing w:after="20"/>
              <w:rPr>
                <w:rFonts w:asciiTheme="majorHAnsi" w:hAnsiTheme="majorHAnsi" w:cstheme="majorHAnsi"/>
              </w:rPr>
            </w:pP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Year 11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PPE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T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imetable</w:t>
            </w:r>
            <w:r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- Week 2</w:t>
            </w:r>
          </w:p>
          <w:p w14:paraId="7E18B635" w14:textId="52ADFCFB" w:rsidR="00B660EA" w:rsidRPr="004024F6" w:rsidRDefault="00B660EA" w:rsidP="00434F1B">
            <w:pPr>
              <w:spacing w:after="60"/>
              <w:rPr>
                <w:rFonts w:asciiTheme="majorHAnsi" w:hAnsiTheme="majorHAnsi" w:cstheme="majorHAnsi"/>
              </w:rPr>
            </w:pPr>
            <w:r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>November</w:t>
            </w:r>
            <w:r w:rsidR="00E8231C"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>/December</w:t>
            </w:r>
            <w:r w:rsidRPr="004024F6"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 xml:space="preserve"> 2026</w:t>
            </w:r>
          </w:p>
        </w:tc>
      </w:tr>
    </w:tbl>
    <w:p w14:paraId="76D13A99" w14:textId="77777777" w:rsidR="00122B29" w:rsidRPr="004024F6" w:rsidRDefault="00122B29" w:rsidP="00122B29">
      <w:pPr>
        <w:spacing w:after="60"/>
        <w:rPr>
          <w:rFonts w:asciiTheme="majorHAnsi" w:hAnsiTheme="majorHAnsi" w:cstheme="majorHAnsi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797"/>
        <w:gridCol w:w="6490"/>
        <w:gridCol w:w="6490"/>
      </w:tblGrid>
      <w:tr w:rsidR="00122B29" w:rsidRPr="004024F6" w14:paraId="4872567B" w14:textId="77777777" w:rsidTr="00134679">
        <w:trPr>
          <w:cantSplit/>
          <w:trHeight w:val="1026"/>
          <w:tblHeader/>
          <w:jc w:val="center"/>
        </w:trPr>
        <w:tc>
          <w:tcPr>
            <w:tcW w:w="1797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53C1EBDA" w14:textId="77777777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DAY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5181F62B" w14:textId="77777777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AM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01CD9FA6" w14:textId="77777777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PM</w:t>
            </w:r>
          </w:p>
        </w:tc>
      </w:tr>
      <w:tr w:rsidR="00122B29" w:rsidRPr="004024F6" w14:paraId="67853EEF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56C88D9" w14:textId="0222684D" w:rsidR="001978EC" w:rsidRPr="001978EC" w:rsidRDefault="00122B29" w:rsidP="00434F1B">
            <w:pPr>
              <w:spacing w:after="0"/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MONDAY</w:t>
            </w:r>
            <w:r w:rsidR="001978EC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30</w:t>
            </w:r>
            <w:r w:rsidR="000900E0" w:rsidRP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NOVEMBER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0FCAC759" w14:textId="04FC8F61" w:rsidR="00122B29" w:rsidRPr="004024F6" w:rsidRDefault="00CD41C5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CD41C5">
              <w:rPr>
                <w:rFonts w:asciiTheme="majorHAnsi" w:hAnsiTheme="majorHAnsi" w:cstheme="majorHAnsi"/>
                <w:sz w:val="22"/>
              </w:rPr>
              <w:t>English Lit</w:t>
            </w:r>
            <w:r w:rsidR="00666A2E">
              <w:rPr>
                <w:rFonts w:asciiTheme="majorHAnsi" w:hAnsiTheme="majorHAnsi" w:cstheme="majorHAnsi"/>
                <w:sz w:val="22"/>
              </w:rPr>
              <w:t>erature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C05BE0">
              <w:rPr>
                <w:rFonts w:asciiTheme="majorHAnsi" w:hAnsiTheme="majorHAnsi" w:cstheme="majorHAnsi"/>
                <w:sz w:val="22"/>
              </w:rPr>
              <w:t>P</w:t>
            </w:r>
            <w:r w:rsidR="00666A2E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CD41C5">
              <w:rPr>
                <w:rFonts w:asciiTheme="majorHAnsi" w:hAnsiTheme="majorHAnsi" w:cstheme="majorHAnsi"/>
                <w:sz w:val="22"/>
              </w:rPr>
              <w:t>2</w:t>
            </w:r>
            <w:r w:rsidR="00666A2E">
              <w:rPr>
                <w:rFonts w:asciiTheme="majorHAnsi" w:hAnsiTheme="majorHAnsi" w:cstheme="majorHAnsi"/>
                <w:sz w:val="22"/>
              </w:rPr>
              <w:t>: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2h</w:t>
            </w:r>
            <w:r w:rsidR="00666A2E">
              <w:rPr>
                <w:rFonts w:asciiTheme="majorHAnsi" w:hAnsiTheme="majorHAnsi" w:cstheme="majorHAnsi"/>
                <w:sz w:val="22"/>
              </w:rPr>
              <w:t>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714E64FD" w14:textId="51D811E7" w:rsidR="00122B29" w:rsidRPr="004024F6" w:rsidRDefault="00CD41C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D41C5">
              <w:rPr>
                <w:rFonts w:asciiTheme="majorHAnsi" w:hAnsiTheme="majorHAnsi" w:cstheme="majorHAnsi"/>
                <w:sz w:val="22"/>
              </w:rPr>
              <w:t>History P</w:t>
            </w:r>
            <w:r w:rsidR="00666A2E">
              <w:rPr>
                <w:rFonts w:asciiTheme="majorHAnsi" w:hAnsiTheme="majorHAnsi" w:cstheme="majorHAnsi"/>
                <w:sz w:val="22"/>
              </w:rPr>
              <w:t xml:space="preserve">aper 2 </w:t>
            </w:r>
            <w:r w:rsidRPr="00CD41C5">
              <w:rPr>
                <w:rFonts w:asciiTheme="majorHAnsi" w:hAnsiTheme="majorHAnsi" w:cstheme="majorHAnsi"/>
                <w:sz w:val="22"/>
              </w:rPr>
              <w:t>Elizabeth &amp; American West</w:t>
            </w:r>
            <w:r w:rsidR="00666A2E">
              <w:rPr>
                <w:rFonts w:asciiTheme="majorHAnsi" w:hAnsiTheme="majorHAnsi" w:cstheme="majorHAnsi"/>
                <w:sz w:val="22"/>
              </w:rPr>
              <w:t>: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666A2E">
              <w:rPr>
                <w:rFonts w:asciiTheme="majorHAnsi" w:hAnsiTheme="majorHAnsi" w:cstheme="majorHAnsi"/>
                <w:sz w:val="22"/>
              </w:rPr>
              <w:t>r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50m</w:t>
            </w:r>
            <w:r w:rsidR="00666A2E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122B29" w:rsidRPr="004024F6" w14:paraId="19C15095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7DCC4EEE" w14:textId="11385CB8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TUESDAY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1</w:t>
            </w:r>
            <w:r w:rsidR="000900E0" w:rsidRP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ST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2882A4C" w14:textId="77777777" w:rsidR="00666A2E" w:rsidRDefault="00CD41C5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CD41C5">
              <w:rPr>
                <w:rFonts w:asciiTheme="majorHAnsi" w:hAnsiTheme="majorHAnsi" w:cstheme="majorHAnsi"/>
                <w:sz w:val="22"/>
              </w:rPr>
              <w:t>Chemistry</w:t>
            </w:r>
            <w:r w:rsidR="00666A2E">
              <w:rPr>
                <w:rFonts w:asciiTheme="majorHAnsi" w:hAnsiTheme="majorHAnsi" w:cstheme="majorHAnsi"/>
                <w:sz w:val="22"/>
              </w:rPr>
              <w:t>: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666A2E">
              <w:rPr>
                <w:rFonts w:asciiTheme="majorHAnsi" w:hAnsiTheme="majorHAnsi" w:cstheme="majorHAnsi"/>
                <w:sz w:val="22"/>
              </w:rPr>
              <w:t>r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45m</w:t>
            </w:r>
            <w:r w:rsidR="00666A2E">
              <w:rPr>
                <w:rFonts w:asciiTheme="majorHAnsi" w:hAnsiTheme="majorHAnsi" w:cstheme="majorHAnsi"/>
                <w:sz w:val="22"/>
              </w:rPr>
              <w:t>in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21FD072F" w14:textId="0F72958D" w:rsidR="00122B29" w:rsidRPr="004024F6" w:rsidRDefault="00CD41C5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CD41C5">
              <w:rPr>
                <w:rFonts w:asciiTheme="majorHAnsi" w:hAnsiTheme="majorHAnsi" w:cstheme="majorHAnsi"/>
                <w:sz w:val="22"/>
              </w:rPr>
              <w:t>Comb</w:t>
            </w:r>
            <w:r w:rsidR="00666A2E">
              <w:rPr>
                <w:rFonts w:asciiTheme="majorHAnsi" w:hAnsiTheme="majorHAnsi" w:cstheme="majorHAnsi"/>
                <w:sz w:val="22"/>
              </w:rPr>
              <w:t>ined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C05BE0">
              <w:rPr>
                <w:rFonts w:asciiTheme="majorHAnsi" w:hAnsiTheme="majorHAnsi" w:cstheme="majorHAnsi"/>
                <w:sz w:val="22"/>
              </w:rPr>
              <w:t>S</w:t>
            </w:r>
            <w:r w:rsidRPr="00CD41C5">
              <w:rPr>
                <w:rFonts w:asciiTheme="majorHAnsi" w:hAnsiTheme="majorHAnsi" w:cstheme="majorHAnsi"/>
                <w:sz w:val="22"/>
              </w:rPr>
              <w:t>ci</w:t>
            </w:r>
            <w:r w:rsidR="00666A2E">
              <w:rPr>
                <w:rFonts w:asciiTheme="majorHAnsi" w:hAnsiTheme="majorHAnsi" w:cstheme="majorHAnsi"/>
                <w:sz w:val="22"/>
              </w:rPr>
              <w:t>ence</w:t>
            </w:r>
            <w:r w:rsidR="00AF6FCF">
              <w:rPr>
                <w:rFonts w:asciiTheme="majorHAnsi" w:hAnsiTheme="majorHAnsi" w:cstheme="majorHAnsi"/>
                <w:sz w:val="22"/>
              </w:rPr>
              <w:t>: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F6FCF">
              <w:rPr>
                <w:rFonts w:asciiTheme="majorHAnsi" w:hAnsiTheme="majorHAnsi" w:cstheme="majorHAnsi"/>
                <w:sz w:val="22"/>
              </w:rPr>
              <w:t>r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15</w:t>
            </w:r>
            <w:r w:rsidR="00AF6FCF">
              <w:rPr>
                <w:rFonts w:asciiTheme="majorHAnsi" w:hAnsiTheme="majorHAnsi" w:cstheme="majorHAnsi"/>
                <w:sz w:val="22"/>
              </w:rPr>
              <w:t>min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110F4A4" w14:textId="77777777" w:rsidR="00AF6FCF" w:rsidRDefault="00CD41C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D41C5">
              <w:rPr>
                <w:rFonts w:asciiTheme="majorHAnsi" w:hAnsiTheme="majorHAnsi" w:cstheme="majorHAnsi"/>
                <w:sz w:val="22"/>
              </w:rPr>
              <w:t>French Writing F</w:t>
            </w:r>
            <w:r w:rsidR="00AF6FCF">
              <w:rPr>
                <w:rFonts w:asciiTheme="majorHAnsi" w:hAnsiTheme="majorHAnsi" w:cstheme="majorHAnsi"/>
                <w:sz w:val="22"/>
              </w:rPr>
              <w:t>oundation tier: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F6FCF">
              <w:rPr>
                <w:rFonts w:asciiTheme="majorHAnsi" w:hAnsiTheme="majorHAnsi" w:cstheme="majorHAnsi"/>
                <w:sz w:val="22"/>
              </w:rPr>
              <w:t xml:space="preserve">r </w:t>
            </w:r>
            <w:r w:rsidRPr="00CD41C5">
              <w:rPr>
                <w:rFonts w:asciiTheme="majorHAnsi" w:hAnsiTheme="majorHAnsi" w:cstheme="majorHAnsi"/>
                <w:sz w:val="22"/>
              </w:rPr>
              <w:t>10m</w:t>
            </w:r>
            <w:r w:rsidR="00AF6FCF">
              <w:rPr>
                <w:rFonts w:asciiTheme="majorHAnsi" w:hAnsiTheme="majorHAnsi" w:cstheme="majorHAnsi"/>
                <w:sz w:val="22"/>
              </w:rPr>
              <w:t>in</w:t>
            </w:r>
            <w:r w:rsidRPr="00CD41C5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03096055" w14:textId="03912752" w:rsidR="00122B29" w:rsidRPr="004024F6" w:rsidRDefault="00AF6FCF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hAnsiTheme="majorHAnsi" w:cstheme="majorHAnsi"/>
                <w:sz w:val="22"/>
              </w:rPr>
              <w:t xml:space="preserve">                            </w:t>
            </w:r>
            <w:r w:rsidR="00CD41C5" w:rsidRPr="00CD41C5">
              <w:rPr>
                <w:rFonts w:asciiTheme="majorHAnsi" w:hAnsiTheme="majorHAnsi" w:cstheme="majorHAnsi"/>
                <w:sz w:val="22"/>
              </w:rPr>
              <w:t>H</w:t>
            </w:r>
            <w:r>
              <w:rPr>
                <w:rFonts w:asciiTheme="majorHAnsi" w:hAnsiTheme="majorHAnsi" w:cstheme="majorHAnsi"/>
                <w:sz w:val="22"/>
              </w:rPr>
              <w:t>igher tier:</w:t>
            </w:r>
            <w:r w:rsidR="00CD41C5" w:rsidRPr="00CD41C5">
              <w:rPr>
                <w:rFonts w:asciiTheme="majorHAnsi" w:hAnsiTheme="majorHAnsi" w:cstheme="majorHAnsi"/>
                <w:sz w:val="22"/>
              </w:rPr>
              <w:t xml:space="preserve"> 1h</w:t>
            </w:r>
            <w:r>
              <w:rPr>
                <w:rFonts w:asciiTheme="majorHAnsi" w:hAnsiTheme="majorHAnsi" w:cstheme="majorHAnsi"/>
                <w:sz w:val="22"/>
              </w:rPr>
              <w:t xml:space="preserve">r </w:t>
            </w:r>
            <w:r w:rsidR="00CD41C5" w:rsidRPr="00CD41C5">
              <w:rPr>
                <w:rFonts w:asciiTheme="majorHAnsi" w:hAnsiTheme="majorHAnsi" w:cstheme="majorHAnsi"/>
                <w:sz w:val="22"/>
              </w:rPr>
              <w:t>15m</w:t>
            </w:r>
            <w:r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122B29" w:rsidRPr="004024F6" w14:paraId="01AF0889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83D2459" w14:textId="0220912B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WEDNESDAY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2</w:t>
            </w:r>
            <w:r w:rsidR="000900E0" w:rsidRP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ND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CA827FF" w14:textId="0FD0A29B" w:rsidR="00122B29" w:rsidRPr="004024F6" w:rsidRDefault="00CC03D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C03D5">
              <w:rPr>
                <w:rFonts w:asciiTheme="majorHAnsi" w:hAnsiTheme="majorHAnsi" w:cstheme="majorHAnsi"/>
                <w:sz w:val="22"/>
              </w:rPr>
              <w:t>English Lang</w:t>
            </w:r>
            <w:r w:rsidR="00BC487F">
              <w:rPr>
                <w:rFonts w:asciiTheme="majorHAnsi" w:hAnsiTheme="majorHAnsi" w:cstheme="majorHAnsi"/>
                <w:sz w:val="22"/>
              </w:rPr>
              <w:t>uage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C05BE0">
              <w:rPr>
                <w:rFonts w:asciiTheme="majorHAnsi" w:hAnsiTheme="majorHAnsi" w:cstheme="majorHAnsi"/>
                <w:sz w:val="22"/>
              </w:rPr>
              <w:t>P</w:t>
            </w:r>
            <w:r w:rsidR="00BC487F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CC03D5">
              <w:rPr>
                <w:rFonts w:asciiTheme="majorHAnsi" w:hAnsiTheme="majorHAnsi" w:cstheme="majorHAnsi"/>
                <w:sz w:val="22"/>
              </w:rPr>
              <w:t>2</w:t>
            </w:r>
            <w:r w:rsidR="00BC487F">
              <w:rPr>
                <w:rFonts w:asciiTheme="majorHAnsi" w:hAnsiTheme="majorHAnsi" w:cstheme="majorHAnsi"/>
                <w:sz w:val="22"/>
              </w:rPr>
              <w:t>: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BC487F">
              <w:rPr>
                <w:rFonts w:asciiTheme="majorHAnsi" w:hAnsiTheme="majorHAnsi" w:cstheme="majorHAnsi"/>
                <w:sz w:val="22"/>
              </w:rPr>
              <w:t>r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45</w:t>
            </w:r>
            <w:r w:rsidR="00BC487F">
              <w:rPr>
                <w:rFonts w:asciiTheme="majorHAnsi" w:hAnsiTheme="majorHAnsi" w:cstheme="majorHAnsi"/>
                <w:sz w:val="22"/>
              </w:rPr>
              <w:t>min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A134E48" w14:textId="63907B47" w:rsidR="00122B29" w:rsidRPr="004024F6" w:rsidRDefault="00CC03D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C03D5">
              <w:rPr>
                <w:rFonts w:asciiTheme="majorHAnsi" w:hAnsiTheme="majorHAnsi" w:cstheme="majorHAnsi"/>
                <w:sz w:val="22"/>
              </w:rPr>
              <w:t xml:space="preserve">Geography </w:t>
            </w:r>
            <w:r w:rsidR="00C05BE0">
              <w:rPr>
                <w:rFonts w:asciiTheme="majorHAnsi" w:hAnsiTheme="majorHAnsi" w:cstheme="majorHAnsi"/>
                <w:sz w:val="22"/>
              </w:rPr>
              <w:t>P</w:t>
            </w:r>
            <w:r w:rsidR="00BC487F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CC03D5">
              <w:rPr>
                <w:rFonts w:asciiTheme="majorHAnsi" w:hAnsiTheme="majorHAnsi" w:cstheme="majorHAnsi"/>
                <w:sz w:val="22"/>
              </w:rPr>
              <w:t>1 Physical Geograph</w:t>
            </w:r>
            <w:r w:rsidR="00BC487F">
              <w:rPr>
                <w:rFonts w:asciiTheme="majorHAnsi" w:hAnsiTheme="majorHAnsi" w:cstheme="majorHAnsi"/>
                <w:sz w:val="22"/>
              </w:rPr>
              <w:t xml:space="preserve">y: </w:t>
            </w:r>
            <w:r w:rsidRPr="00CC03D5">
              <w:rPr>
                <w:rFonts w:asciiTheme="majorHAnsi" w:hAnsiTheme="majorHAnsi" w:cstheme="majorHAnsi"/>
                <w:sz w:val="22"/>
              </w:rPr>
              <w:t>1h</w:t>
            </w:r>
            <w:r w:rsidR="00BC487F">
              <w:rPr>
                <w:rFonts w:asciiTheme="majorHAnsi" w:hAnsiTheme="majorHAnsi" w:cstheme="majorHAnsi"/>
                <w:sz w:val="22"/>
              </w:rPr>
              <w:t>r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BC487F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122B29" w:rsidRPr="004024F6" w14:paraId="1779AEC4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2E72438" w14:textId="6440EC28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THURSDAY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3</w:t>
            </w:r>
            <w:r w:rsidR="000900E0" w:rsidRP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RD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86557E1" w14:textId="4B036ADE" w:rsidR="00122B29" w:rsidRPr="004024F6" w:rsidRDefault="00CC03D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C03D5">
              <w:rPr>
                <w:rFonts w:asciiTheme="majorHAnsi" w:hAnsiTheme="majorHAnsi" w:cstheme="majorHAnsi"/>
                <w:sz w:val="22"/>
              </w:rPr>
              <w:t>Drama Comp</w:t>
            </w:r>
            <w:r w:rsidR="00B66C16">
              <w:rPr>
                <w:rFonts w:asciiTheme="majorHAnsi" w:hAnsiTheme="majorHAnsi" w:cstheme="majorHAnsi"/>
                <w:sz w:val="22"/>
              </w:rPr>
              <w:t xml:space="preserve"> </w:t>
            </w:r>
            <w:r w:rsidRPr="00CC03D5">
              <w:rPr>
                <w:rFonts w:asciiTheme="majorHAnsi" w:hAnsiTheme="majorHAnsi" w:cstheme="majorHAnsi"/>
                <w:sz w:val="22"/>
              </w:rPr>
              <w:t>1</w:t>
            </w:r>
            <w:r w:rsidR="00B66C16">
              <w:rPr>
                <w:rFonts w:asciiTheme="majorHAnsi" w:hAnsiTheme="majorHAnsi" w:cstheme="majorHAnsi"/>
                <w:sz w:val="22"/>
              </w:rPr>
              <w:t>: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B66C16">
              <w:rPr>
                <w:rFonts w:asciiTheme="majorHAnsi" w:hAnsiTheme="majorHAnsi" w:cstheme="majorHAnsi"/>
                <w:sz w:val="22"/>
              </w:rPr>
              <w:t xml:space="preserve">r </w:t>
            </w:r>
            <w:r w:rsidRPr="00CC03D5">
              <w:rPr>
                <w:rFonts w:asciiTheme="majorHAnsi" w:hAnsiTheme="majorHAnsi" w:cstheme="majorHAnsi"/>
                <w:sz w:val="22"/>
              </w:rPr>
              <w:t>45m</w:t>
            </w:r>
            <w:r w:rsidR="00B66C16">
              <w:rPr>
                <w:rFonts w:asciiTheme="majorHAnsi" w:hAnsiTheme="majorHAnsi" w:cstheme="majorHAnsi"/>
                <w:sz w:val="22"/>
              </w:rPr>
              <w:t>in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2E933EC" w14:textId="1FD19909" w:rsidR="00122B29" w:rsidRPr="004024F6" w:rsidRDefault="00CC03D5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CC03D5">
              <w:rPr>
                <w:rFonts w:asciiTheme="majorHAnsi" w:hAnsiTheme="majorHAnsi" w:cstheme="majorHAnsi"/>
                <w:sz w:val="22"/>
              </w:rPr>
              <w:t xml:space="preserve">Computer Science </w:t>
            </w:r>
            <w:r w:rsidR="00C05BE0">
              <w:rPr>
                <w:rFonts w:asciiTheme="majorHAnsi" w:hAnsiTheme="majorHAnsi" w:cstheme="majorHAnsi"/>
                <w:sz w:val="22"/>
              </w:rPr>
              <w:t>P</w:t>
            </w:r>
            <w:r w:rsidR="00B66C16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CC03D5">
              <w:rPr>
                <w:rFonts w:asciiTheme="majorHAnsi" w:hAnsiTheme="majorHAnsi" w:cstheme="majorHAnsi"/>
                <w:sz w:val="22"/>
              </w:rPr>
              <w:t>1 Computer Systems</w:t>
            </w:r>
            <w:r w:rsidR="00B66C16">
              <w:rPr>
                <w:rFonts w:asciiTheme="majorHAnsi" w:hAnsiTheme="majorHAnsi" w:cstheme="majorHAnsi"/>
                <w:sz w:val="22"/>
              </w:rPr>
              <w:t>: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B66C16">
              <w:rPr>
                <w:rFonts w:asciiTheme="majorHAnsi" w:hAnsiTheme="majorHAnsi" w:cstheme="majorHAnsi"/>
                <w:sz w:val="22"/>
              </w:rPr>
              <w:t>r</w:t>
            </w:r>
            <w:r w:rsidRPr="00CC03D5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B66C16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122B29" w:rsidRPr="004024F6" w14:paraId="33B486DA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2325A5D" w14:textId="5124AC03" w:rsidR="00122B29" w:rsidRPr="004024F6" w:rsidRDefault="00122B2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FRIDAY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4</w:t>
            </w:r>
            <w:r w:rsidR="000900E0" w:rsidRP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0900E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DB7B270" w14:textId="0BEA9104" w:rsidR="00AB2C87" w:rsidRDefault="00383DC9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 xml:space="preserve">Spanish </w:t>
            </w:r>
            <w:r w:rsidR="00C05BE0">
              <w:rPr>
                <w:rFonts w:asciiTheme="majorHAnsi" w:hAnsiTheme="majorHAnsi" w:cstheme="majorHAnsi"/>
                <w:sz w:val="22"/>
              </w:rPr>
              <w:t>R</w:t>
            </w:r>
            <w:r w:rsidRPr="00383DC9">
              <w:rPr>
                <w:rFonts w:asciiTheme="majorHAnsi" w:hAnsiTheme="majorHAnsi" w:cstheme="majorHAnsi"/>
                <w:sz w:val="22"/>
              </w:rPr>
              <w:t>eading and Listening F</w:t>
            </w:r>
            <w:r w:rsidR="00AB2C87">
              <w:rPr>
                <w:rFonts w:asciiTheme="majorHAnsi" w:hAnsiTheme="majorHAnsi" w:cstheme="majorHAnsi"/>
                <w:sz w:val="22"/>
              </w:rPr>
              <w:t xml:space="preserve">oundation tier: </w:t>
            </w:r>
            <w:r w:rsidRPr="00383DC9">
              <w:rPr>
                <w:rFonts w:asciiTheme="majorHAnsi" w:hAnsiTheme="majorHAnsi" w:cstheme="majorHAnsi"/>
                <w:sz w:val="22"/>
              </w:rPr>
              <w:t>1hr 20m</w:t>
            </w:r>
            <w:r w:rsidR="00AB2C87">
              <w:rPr>
                <w:rFonts w:asciiTheme="majorHAnsi" w:hAnsiTheme="majorHAnsi" w:cstheme="majorHAnsi"/>
                <w:sz w:val="22"/>
              </w:rPr>
              <w:t>in</w:t>
            </w:r>
          </w:p>
          <w:p w14:paraId="50C16E5C" w14:textId="0D26CF57" w:rsidR="00122B29" w:rsidRPr="004024F6" w:rsidRDefault="00383DC9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AB2C87">
              <w:rPr>
                <w:rFonts w:asciiTheme="majorHAnsi" w:hAnsiTheme="majorHAnsi" w:cstheme="majorHAnsi"/>
                <w:sz w:val="22"/>
              </w:rPr>
              <w:t xml:space="preserve">                                                      Higher tier: </w:t>
            </w:r>
            <w:r w:rsidRPr="00383DC9">
              <w:rPr>
                <w:rFonts w:asciiTheme="majorHAnsi" w:hAnsiTheme="majorHAnsi" w:cstheme="majorHAnsi"/>
                <w:sz w:val="22"/>
              </w:rPr>
              <w:t>1hr 45m</w:t>
            </w:r>
            <w:r w:rsidR="00AB2C87">
              <w:rPr>
                <w:rFonts w:asciiTheme="majorHAnsi" w:hAnsiTheme="majorHAnsi" w:cstheme="majorHAnsi"/>
                <w:sz w:val="22"/>
              </w:rPr>
              <w:t>in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F979CED" w14:textId="2CF04AA5" w:rsidR="00AD6DA7" w:rsidRDefault="00383DC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>Music Listening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15m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(</w:t>
            </w:r>
            <w:r w:rsidR="00AD6DA7">
              <w:rPr>
                <w:rFonts w:asciiTheme="majorHAnsi" w:hAnsiTheme="majorHAnsi" w:cstheme="majorHAnsi"/>
                <w:sz w:val="22"/>
              </w:rPr>
              <w:t>in the l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ibrary) </w:t>
            </w:r>
          </w:p>
          <w:p w14:paraId="27B3B1B0" w14:textId="1867446B" w:rsidR="00122B29" w:rsidRPr="004024F6" w:rsidRDefault="00383DC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>Food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1hr 45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min </w:t>
            </w:r>
            <w:r w:rsidR="00AD6DA7" w:rsidRPr="00383DC9">
              <w:rPr>
                <w:rFonts w:asciiTheme="majorHAnsi" w:hAnsiTheme="majorHAnsi" w:cstheme="majorHAnsi"/>
                <w:sz w:val="22"/>
              </w:rPr>
              <w:t>(</w:t>
            </w:r>
            <w:r w:rsidR="00AD6DA7">
              <w:rPr>
                <w:rFonts w:asciiTheme="majorHAnsi" w:hAnsiTheme="majorHAnsi" w:cstheme="majorHAnsi"/>
                <w:sz w:val="22"/>
              </w:rPr>
              <w:t>In the sports hall</w:t>
            </w:r>
            <w:r w:rsidRPr="00383DC9">
              <w:rPr>
                <w:rFonts w:asciiTheme="majorHAnsi" w:hAnsiTheme="majorHAnsi" w:cstheme="majorHAnsi"/>
                <w:sz w:val="22"/>
              </w:rPr>
              <w:t>)</w:t>
            </w:r>
          </w:p>
        </w:tc>
      </w:tr>
    </w:tbl>
    <w:p w14:paraId="44C820C2" w14:textId="77777777" w:rsidR="00134679" w:rsidRDefault="00134679" w:rsidP="00391B3D">
      <w:pPr>
        <w:spacing w:after="80"/>
        <w:rPr>
          <w:rFonts w:asciiTheme="majorHAnsi" w:hAnsiTheme="majorHAnsi" w:cstheme="majorHAnsi"/>
        </w:rPr>
      </w:pPr>
    </w:p>
    <w:p w14:paraId="3BCF31A4" w14:textId="77777777" w:rsidR="00134679" w:rsidRDefault="00134679" w:rsidP="00391B3D">
      <w:pPr>
        <w:spacing w:after="80"/>
        <w:rPr>
          <w:rFonts w:asciiTheme="majorHAnsi" w:hAnsiTheme="majorHAnsi" w:cstheme="majorHAnsi"/>
        </w:rPr>
      </w:pPr>
    </w:p>
    <w:p w14:paraId="19AB9D26" w14:textId="77777777" w:rsidR="00134679" w:rsidRDefault="00134679" w:rsidP="00134679">
      <w:pPr>
        <w:spacing w:after="80"/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</w:pPr>
    </w:p>
    <w:p w14:paraId="29D30D2D" w14:textId="77777777" w:rsidR="00134679" w:rsidRDefault="00134679" w:rsidP="00134679">
      <w:pPr>
        <w:spacing w:after="80"/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</w:pPr>
    </w:p>
    <w:p w14:paraId="2F02EA4F" w14:textId="77777777" w:rsidR="00134679" w:rsidRDefault="00134679" w:rsidP="00134679">
      <w:pPr>
        <w:spacing w:after="80"/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</w:pPr>
    </w:p>
    <w:p w14:paraId="378A4E69" w14:textId="20AD2F79" w:rsidR="00134679" w:rsidRPr="004024F6" w:rsidRDefault="00134679" w:rsidP="00134679">
      <w:pPr>
        <w:spacing w:after="80"/>
        <w:rPr>
          <w:rFonts w:asciiTheme="majorHAnsi" w:hAnsiTheme="majorHAnsi" w:cstheme="majorHAnsi"/>
        </w:rPr>
      </w:pPr>
      <w:r w:rsidRPr="004024F6">
        <w:rPr>
          <w:rFonts w:asciiTheme="majorHAnsi" w:eastAsia="Inter Display" w:hAnsiTheme="majorHAnsi" w:cstheme="majorHAnsi"/>
          <w:b/>
          <w:color w:val="5A274F"/>
          <w:spacing w:val="26"/>
          <w:sz w:val="19"/>
        </w:rPr>
        <w:lastRenderedPageBreak/>
        <w:t>NORTHAMPTON SCHOOL FOR GIRLS</w:t>
      </w:r>
    </w:p>
    <w:p w14:paraId="7F0C0B94" w14:textId="77777777" w:rsidR="00134679" w:rsidRPr="004024F6" w:rsidRDefault="00134679" w:rsidP="00391B3D">
      <w:pPr>
        <w:spacing w:after="80"/>
        <w:rPr>
          <w:rFonts w:asciiTheme="majorHAnsi" w:hAnsiTheme="majorHAnsi" w:cstheme="majorHAnsi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00"/>
      </w:tblGrid>
      <w:tr w:rsidR="003071A0" w:rsidRPr="004024F6" w14:paraId="53D1CD42" w14:textId="77777777" w:rsidTr="00434F1B">
        <w:trPr>
          <w:jc w:val="center"/>
        </w:trPr>
        <w:tc>
          <w:tcPr>
            <w:tcW w:w="9800" w:type="dxa"/>
            <w:tcMar>
              <w:top w:w="20" w:type="dxa"/>
              <w:left w:w="0" w:type="dxa"/>
              <w:bottom w:w="20" w:type="dxa"/>
              <w:right w:w="0" w:type="dxa"/>
            </w:tcMar>
          </w:tcPr>
          <w:p w14:paraId="16657B67" w14:textId="3E11423E" w:rsidR="003071A0" w:rsidRPr="004024F6" w:rsidRDefault="003071A0" w:rsidP="00434F1B">
            <w:pPr>
              <w:spacing w:after="20"/>
              <w:rPr>
                <w:rFonts w:asciiTheme="majorHAnsi" w:hAnsiTheme="majorHAnsi" w:cstheme="majorHAnsi"/>
              </w:rPr>
            </w:pP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Year 11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PPE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 xml:space="preserve"> </w:t>
            </w:r>
            <w:r w:rsidR="00776923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T</w:t>
            </w:r>
            <w:r w:rsidRPr="004024F6"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imetable</w:t>
            </w:r>
            <w:r>
              <w:rPr>
                <w:rFonts w:asciiTheme="majorHAnsi" w:eastAsia="Noto Serif Display" w:hAnsiTheme="majorHAnsi" w:cstheme="majorHAnsi"/>
                <w:b/>
                <w:color w:val="42203B"/>
                <w:sz w:val="56"/>
              </w:rPr>
              <w:t>- Week 3</w:t>
            </w:r>
          </w:p>
          <w:p w14:paraId="4E3BCC0C" w14:textId="6F7E096D" w:rsidR="003071A0" w:rsidRPr="004024F6" w:rsidRDefault="00E8231C" w:rsidP="00434F1B">
            <w:pPr>
              <w:spacing w:after="60"/>
              <w:rPr>
                <w:rFonts w:asciiTheme="majorHAnsi" w:hAnsiTheme="majorHAnsi" w:cstheme="majorHAnsi"/>
              </w:rPr>
            </w:pPr>
            <w:r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>December</w:t>
            </w:r>
            <w:r w:rsidR="003071A0" w:rsidRPr="004024F6">
              <w:rPr>
                <w:rFonts w:asciiTheme="majorHAnsi" w:eastAsia="Inter Display" w:hAnsiTheme="majorHAnsi" w:cstheme="majorHAnsi"/>
                <w:b/>
                <w:color w:val="D5B57A"/>
                <w:spacing w:val="26"/>
                <w:sz w:val="19"/>
              </w:rPr>
              <w:t xml:space="preserve"> 2026</w:t>
            </w:r>
          </w:p>
        </w:tc>
      </w:tr>
    </w:tbl>
    <w:p w14:paraId="32BC2EE0" w14:textId="77777777" w:rsidR="00391B3D" w:rsidRPr="004024F6" w:rsidRDefault="00391B3D" w:rsidP="00391B3D">
      <w:pPr>
        <w:spacing w:after="60"/>
        <w:rPr>
          <w:rFonts w:asciiTheme="majorHAnsi" w:hAnsiTheme="majorHAnsi" w:cstheme="majorHAnsi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797"/>
        <w:gridCol w:w="6490"/>
        <w:gridCol w:w="6490"/>
      </w:tblGrid>
      <w:tr w:rsidR="00391B3D" w:rsidRPr="004024F6" w14:paraId="6214D928" w14:textId="77777777" w:rsidTr="00134679">
        <w:trPr>
          <w:cantSplit/>
          <w:trHeight w:val="1026"/>
          <w:tblHeader/>
          <w:jc w:val="center"/>
        </w:trPr>
        <w:tc>
          <w:tcPr>
            <w:tcW w:w="1797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785F0F4E" w14:textId="77777777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DAY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71DB0B8F" w14:textId="77777777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AM</w:t>
            </w:r>
          </w:p>
        </w:tc>
        <w:tc>
          <w:tcPr>
            <w:tcW w:w="6490" w:type="dxa"/>
            <w:shd w:val="clear" w:color="auto" w:fill="5A274F"/>
            <w:tcMar>
              <w:top w:w="110" w:type="dxa"/>
              <w:left w:w="150" w:type="dxa"/>
              <w:bottom w:w="105" w:type="dxa"/>
              <w:right w:w="150" w:type="dxa"/>
            </w:tcMar>
            <w:vAlign w:val="center"/>
          </w:tcPr>
          <w:p w14:paraId="7B576043" w14:textId="77777777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eastAsia="Inter Display" w:hAnsiTheme="majorHAnsi" w:cstheme="majorHAnsi"/>
                <w:b/>
                <w:color w:val="FFFFFF"/>
                <w:spacing w:val="12"/>
                <w:sz w:val="22"/>
              </w:rPr>
              <w:t>PM</w:t>
            </w:r>
          </w:p>
        </w:tc>
      </w:tr>
      <w:tr w:rsidR="00391B3D" w:rsidRPr="004024F6" w14:paraId="3E2ED9C6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4DBC63F" w14:textId="1397F4E0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MONDAY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7</w:t>
            </w:r>
            <w:r w:rsidR="003071A0" w:rsidRP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ADAAD53" w14:textId="77777777" w:rsidR="00AD6DA7" w:rsidRDefault="00383DC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>DT Textiles Comp1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45m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0E513C40" w14:textId="24C06232" w:rsidR="00391B3D" w:rsidRPr="004024F6" w:rsidRDefault="00383DC9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383DC9">
              <w:rPr>
                <w:rFonts w:asciiTheme="majorHAnsi" w:hAnsiTheme="majorHAnsi" w:cstheme="majorHAnsi"/>
                <w:sz w:val="22"/>
              </w:rPr>
              <w:t>Paper &amp; Board Comp1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383DC9">
              <w:rPr>
                <w:rFonts w:asciiTheme="majorHAnsi" w:hAnsiTheme="majorHAnsi" w:cstheme="majorHAnsi"/>
                <w:sz w:val="22"/>
              </w:rPr>
              <w:t xml:space="preserve"> 45m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83FC12A" w14:textId="77777777" w:rsidR="00AD6DA7" w:rsidRDefault="00D94E1D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>Spanish Writing F</w:t>
            </w:r>
            <w:r w:rsidR="00AD6DA7">
              <w:rPr>
                <w:rFonts w:asciiTheme="majorHAnsi" w:hAnsiTheme="majorHAnsi" w:cstheme="majorHAnsi"/>
                <w:sz w:val="22"/>
              </w:rPr>
              <w:t>oundation tier: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10m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5D81232A" w14:textId="38FF501E" w:rsidR="00391B3D" w:rsidRPr="004024F6" w:rsidRDefault="00AD6DA7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hAnsiTheme="majorHAnsi" w:cstheme="majorHAnsi"/>
                <w:sz w:val="22"/>
              </w:rPr>
              <w:t xml:space="preserve">                              </w:t>
            </w:r>
            <w:r w:rsidR="00D94E1D" w:rsidRPr="00D94E1D">
              <w:rPr>
                <w:rFonts w:asciiTheme="majorHAnsi" w:hAnsiTheme="majorHAnsi" w:cstheme="majorHAnsi"/>
                <w:sz w:val="22"/>
              </w:rPr>
              <w:t>H</w:t>
            </w:r>
            <w:r>
              <w:rPr>
                <w:rFonts w:asciiTheme="majorHAnsi" w:hAnsiTheme="majorHAnsi" w:cstheme="majorHAnsi"/>
                <w:sz w:val="22"/>
              </w:rPr>
              <w:t>igher tier:</w:t>
            </w:r>
            <w:r w:rsidR="00D94E1D"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>
              <w:rPr>
                <w:rFonts w:asciiTheme="majorHAnsi" w:hAnsiTheme="majorHAnsi" w:cstheme="majorHAnsi"/>
                <w:sz w:val="22"/>
              </w:rPr>
              <w:t>r</w:t>
            </w:r>
            <w:r w:rsidR="00D94E1D" w:rsidRPr="00D94E1D">
              <w:rPr>
                <w:rFonts w:asciiTheme="majorHAnsi" w:hAnsiTheme="majorHAnsi" w:cstheme="majorHAnsi"/>
                <w:sz w:val="22"/>
              </w:rPr>
              <w:t xml:space="preserve"> 15m</w:t>
            </w:r>
            <w:r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391B3D" w:rsidRPr="004024F6" w14:paraId="5949F9AB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66560C4" w14:textId="3EF04416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TUESDAY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8</w:t>
            </w:r>
            <w:r w:rsidR="003071A0" w:rsidRP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A3DFEE5" w14:textId="7C5D9606" w:rsidR="00391B3D" w:rsidRPr="004024F6" w:rsidRDefault="00D94E1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>Math</w:t>
            </w:r>
            <w:r w:rsidR="00AD6DA7">
              <w:rPr>
                <w:rFonts w:asciiTheme="majorHAnsi" w:hAnsiTheme="majorHAnsi" w:cstheme="majorHAnsi"/>
                <w:sz w:val="22"/>
              </w:rPr>
              <w:t>ematics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B5770F">
              <w:rPr>
                <w:rFonts w:asciiTheme="majorHAnsi" w:hAnsiTheme="majorHAnsi" w:cstheme="majorHAnsi"/>
                <w:sz w:val="22"/>
              </w:rPr>
              <w:t>P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D94E1D">
              <w:rPr>
                <w:rFonts w:asciiTheme="majorHAnsi" w:hAnsiTheme="majorHAnsi" w:cstheme="majorHAnsi"/>
                <w:sz w:val="22"/>
              </w:rPr>
              <w:t>2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: </w:t>
            </w:r>
            <w:r w:rsidRPr="00D94E1D">
              <w:rPr>
                <w:rFonts w:asciiTheme="majorHAnsi" w:hAnsiTheme="majorHAnsi" w:cstheme="majorHAnsi"/>
                <w:sz w:val="22"/>
              </w:rPr>
              <w:t>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76859CD" w14:textId="21129F4A" w:rsidR="00391B3D" w:rsidRPr="004024F6" w:rsidRDefault="00D94E1D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 xml:space="preserve">Geography </w:t>
            </w:r>
            <w:r w:rsidR="00C05BE0">
              <w:rPr>
                <w:rFonts w:asciiTheme="majorHAnsi" w:hAnsiTheme="majorHAnsi" w:cstheme="majorHAnsi"/>
                <w:sz w:val="22"/>
              </w:rPr>
              <w:t>P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D94E1D">
              <w:rPr>
                <w:rFonts w:asciiTheme="majorHAnsi" w:hAnsiTheme="majorHAnsi" w:cstheme="majorHAnsi"/>
                <w:sz w:val="22"/>
              </w:rPr>
              <w:t>2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 and </w:t>
            </w:r>
            <w:r w:rsidRPr="00D94E1D">
              <w:rPr>
                <w:rFonts w:asciiTheme="majorHAnsi" w:hAnsiTheme="majorHAnsi" w:cstheme="majorHAnsi"/>
                <w:sz w:val="22"/>
              </w:rPr>
              <w:t>3: Human Geography &amp; Geographical Apps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391B3D" w:rsidRPr="004024F6" w14:paraId="2BA9746A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05FBFA0E" w14:textId="4711B560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WEDNESDAY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9</w:t>
            </w:r>
            <w:r w:rsidR="003071A0" w:rsidRP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F1D1DBF" w14:textId="53E3828E" w:rsidR="00AD6DA7" w:rsidRDefault="00D94E1D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>Physics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45m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2EB491E6" w14:textId="52CB327E" w:rsidR="00391B3D" w:rsidRPr="004024F6" w:rsidRDefault="00D94E1D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>Com</w:t>
            </w:r>
            <w:r w:rsidR="00AD6DA7">
              <w:rPr>
                <w:rFonts w:asciiTheme="majorHAnsi" w:hAnsiTheme="majorHAnsi" w:cstheme="majorHAnsi"/>
                <w:sz w:val="22"/>
              </w:rPr>
              <w:t>bined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Science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  <w:tc>
          <w:tcPr>
            <w:tcW w:w="6490" w:type="dxa"/>
            <w:shd w:val="clear" w:color="auto" w:fill="FFFFF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604E01D7" w14:textId="2A0B2005" w:rsidR="00391B3D" w:rsidRPr="004024F6" w:rsidRDefault="00D94E1D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D94E1D">
              <w:rPr>
                <w:rFonts w:asciiTheme="majorHAnsi" w:hAnsiTheme="majorHAnsi" w:cstheme="majorHAnsi"/>
                <w:sz w:val="22"/>
              </w:rPr>
              <w:t xml:space="preserve">Computer Science </w:t>
            </w:r>
            <w:r w:rsidR="00B5770F">
              <w:rPr>
                <w:rFonts w:asciiTheme="majorHAnsi" w:hAnsiTheme="majorHAnsi" w:cstheme="majorHAnsi"/>
                <w:sz w:val="22"/>
              </w:rPr>
              <w:t>P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D94E1D">
              <w:rPr>
                <w:rFonts w:asciiTheme="majorHAnsi" w:hAnsiTheme="majorHAnsi" w:cstheme="majorHAnsi"/>
                <w:sz w:val="22"/>
              </w:rPr>
              <w:t>2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B5770F" w:rsidRPr="00D94E1D">
              <w:rPr>
                <w:rFonts w:asciiTheme="majorHAnsi" w:hAnsiTheme="majorHAnsi" w:cstheme="majorHAnsi"/>
                <w:sz w:val="22"/>
              </w:rPr>
              <w:t>Computational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Thinking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D94E1D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391B3D" w:rsidRPr="004024F6" w14:paraId="5C68AA34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1EE3E226" w14:textId="757CD74C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THURSDAY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10</w:t>
            </w:r>
            <w:r w:rsidR="003071A0" w:rsidRP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76784E7" w14:textId="0D4B59D4" w:rsidR="00391B3D" w:rsidRPr="004024F6" w:rsidRDefault="005E698C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5E698C">
              <w:rPr>
                <w:rFonts w:asciiTheme="majorHAnsi" w:hAnsiTheme="majorHAnsi" w:cstheme="majorHAnsi"/>
                <w:sz w:val="22"/>
              </w:rPr>
              <w:t>EP Themes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5E698C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5E698C">
              <w:rPr>
                <w:rFonts w:asciiTheme="majorHAnsi" w:hAnsiTheme="majorHAnsi" w:cstheme="majorHAnsi"/>
                <w:sz w:val="22"/>
              </w:rPr>
              <w:t xml:space="preserve"> 45m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  <w:tc>
          <w:tcPr>
            <w:tcW w:w="6490" w:type="dxa"/>
            <w:shd w:val="clear" w:color="auto" w:fill="F6F1F5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49625521" w14:textId="092681E0" w:rsidR="00391B3D" w:rsidRPr="004024F6" w:rsidRDefault="005E698C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 w:rsidRPr="005E698C">
              <w:rPr>
                <w:rFonts w:asciiTheme="majorHAnsi" w:hAnsiTheme="majorHAnsi" w:cstheme="majorHAnsi"/>
                <w:sz w:val="22"/>
              </w:rPr>
              <w:t>Math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ematics </w:t>
            </w:r>
            <w:r w:rsidR="00B5770F">
              <w:rPr>
                <w:rFonts w:asciiTheme="majorHAnsi" w:hAnsiTheme="majorHAnsi" w:cstheme="majorHAnsi"/>
                <w:sz w:val="22"/>
              </w:rPr>
              <w:t>P</w:t>
            </w:r>
            <w:r w:rsidR="00AD6DA7">
              <w:rPr>
                <w:rFonts w:asciiTheme="majorHAnsi" w:hAnsiTheme="majorHAnsi" w:cstheme="majorHAnsi"/>
                <w:sz w:val="22"/>
              </w:rPr>
              <w:t xml:space="preserve">aper </w:t>
            </w:r>
            <w:r w:rsidRPr="005E698C">
              <w:rPr>
                <w:rFonts w:asciiTheme="majorHAnsi" w:hAnsiTheme="majorHAnsi" w:cstheme="majorHAnsi"/>
                <w:sz w:val="22"/>
              </w:rPr>
              <w:t>3</w:t>
            </w:r>
            <w:r w:rsidR="00AD6DA7">
              <w:rPr>
                <w:rFonts w:asciiTheme="majorHAnsi" w:hAnsiTheme="majorHAnsi" w:cstheme="majorHAnsi"/>
                <w:sz w:val="22"/>
              </w:rPr>
              <w:t>:</w:t>
            </w:r>
            <w:r w:rsidRPr="005E698C">
              <w:rPr>
                <w:rFonts w:asciiTheme="majorHAnsi" w:hAnsiTheme="majorHAnsi" w:cstheme="majorHAnsi"/>
                <w:sz w:val="22"/>
              </w:rPr>
              <w:t xml:space="preserve"> 1h</w:t>
            </w:r>
            <w:r w:rsidR="00AD6DA7">
              <w:rPr>
                <w:rFonts w:asciiTheme="majorHAnsi" w:hAnsiTheme="majorHAnsi" w:cstheme="majorHAnsi"/>
                <w:sz w:val="22"/>
              </w:rPr>
              <w:t>r</w:t>
            </w:r>
            <w:r w:rsidRPr="005E698C">
              <w:rPr>
                <w:rFonts w:asciiTheme="majorHAnsi" w:hAnsiTheme="majorHAnsi" w:cstheme="majorHAnsi"/>
                <w:sz w:val="22"/>
              </w:rPr>
              <w:t xml:space="preserve"> 30m</w:t>
            </w:r>
            <w:r w:rsidR="00AD6DA7">
              <w:rPr>
                <w:rFonts w:asciiTheme="majorHAnsi" w:hAnsiTheme="majorHAnsi" w:cstheme="majorHAnsi"/>
                <w:sz w:val="22"/>
              </w:rPr>
              <w:t>in</w:t>
            </w:r>
          </w:p>
        </w:tc>
      </w:tr>
      <w:tr w:rsidR="00391B3D" w:rsidRPr="004024F6" w14:paraId="2BD541DD" w14:textId="77777777" w:rsidTr="00134679">
        <w:trPr>
          <w:cantSplit/>
          <w:trHeight w:val="1026"/>
          <w:jc w:val="center"/>
        </w:trPr>
        <w:tc>
          <w:tcPr>
            <w:tcW w:w="1797" w:type="dxa"/>
            <w:shd w:val="clear" w:color="auto" w:fill="F0E8EF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36567737" w14:textId="07BC4F20" w:rsidR="00391B3D" w:rsidRPr="004024F6" w:rsidRDefault="00391B3D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 w:rsidRPr="004024F6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>FRIDAY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11</w:t>
            </w:r>
            <w:r w:rsidR="003071A0" w:rsidRP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  <w:vertAlign w:val="superscript"/>
              </w:rPr>
              <w:t>TH</w:t>
            </w:r>
            <w:r w:rsidR="003071A0">
              <w:rPr>
                <w:rFonts w:asciiTheme="majorHAnsi" w:eastAsia="Inter Display" w:hAnsiTheme="majorHAnsi" w:cstheme="majorHAnsi"/>
                <w:b/>
                <w:color w:val="5A274F"/>
                <w:spacing w:val="10"/>
                <w:sz w:val="22"/>
              </w:rPr>
              <w:t xml:space="preserve"> DECEMBER</w:t>
            </w:r>
          </w:p>
        </w:tc>
        <w:tc>
          <w:tcPr>
            <w:tcW w:w="6490" w:type="dxa"/>
            <w:shd w:val="clear" w:color="auto" w:fill="A6A6A6" w:themeFill="background1" w:themeFillShade="A6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2E284928" w14:textId="7289ED06" w:rsidR="00391B3D" w:rsidRPr="004024F6" w:rsidRDefault="005E698C" w:rsidP="00434F1B">
            <w:pPr>
              <w:spacing w:after="52" w:line="240" w:lineRule="auto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hAnsiTheme="majorHAnsi" w:cstheme="majorHAnsi"/>
                <w:sz w:val="22"/>
              </w:rPr>
              <w:t>NO EXAM</w:t>
            </w:r>
          </w:p>
        </w:tc>
        <w:tc>
          <w:tcPr>
            <w:tcW w:w="6490" w:type="dxa"/>
            <w:shd w:val="clear" w:color="auto" w:fill="A6A6A6" w:themeFill="background1" w:themeFillShade="A6"/>
            <w:tcMar>
              <w:top w:w="95" w:type="dxa"/>
              <w:left w:w="150" w:type="dxa"/>
              <w:bottom w:w="95" w:type="dxa"/>
              <w:right w:w="150" w:type="dxa"/>
            </w:tcMar>
          </w:tcPr>
          <w:p w14:paraId="5A8B44A5" w14:textId="1F7530C2" w:rsidR="00391B3D" w:rsidRPr="004024F6" w:rsidRDefault="005E698C" w:rsidP="00434F1B">
            <w:pPr>
              <w:spacing w:after="0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hAnsiTheme="majorHAnsi" w:cstheme="majorHAnsi"/>
                <w:sz w:val="22"/>
              </w:rPr>
              <w:t>NO EXAM</w:t>
            </w:r>
          </w:p>
        </w:tc>
      </w:tr>
    </w:tbl>
    <w:p w14:paraId="6D7A3E92" w14:textId="77777777" w:rsidR="00391B3D" w:rsidRDefault="00391B3D" w:rsidP="00391B3D">
      <w:pPr>
        <w:rPr>
          <w:rFonts w:asciiTheme="majorHAnsi" w:hAnsiTheme="majorHAnsi" w:cstheme="majorHAnsi"/>
        </w:rPr>
      </w:pPr>
    </w:p>
    <w:p w14:paraId="2601978C" w14:textId="77777777" w:rsidR="00122B29" w:rsidRPr="004024F6" w:rsidRDefault="00122B29">
      <w:pPr>
        <w:rPr>
          <w:rFonts w:asciiTheme="majorHAnsi" w:hAnsiTheme="majorHAnsi" w:cstheme="majorHAnsi"/>
        </w:rPr>
      </w:pPr>
    </w:p>
    <w:sectPr w:rsidR="00122B29" w:rsidRPr="004024F6" w:rsidSect="00034616">
      <w:pgSz w:w="16834" w:h="11909" w:orient="landscape"/>
      <w:pgMar w:top="605" w:right="720" w:bottom="54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Inter Display">
    <w:altName w:val="Cambria"/>
    <w:panose1 w:val="00000000000000000000"/>
    <w:charset w:val="00"/>
    <w:family w:val="roman"/>
    <w:notTrueType/>
    <w:pitch w:val="default"/>
  </w:font>
  <w:font w:name="Noto Serif Displa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5559702">
    <w:abstractNumId w:val="8"/>
  </w:num>
  <w:num w:numId="2" w16cid:durableId="380253412">
    <w:abstractNumId w:val="6"/>
  </w:num>
  <w:num w:numId="3" w16cid:durableId="1802184019">
    <w:abstractNumId w:val="5"/>
  </w:num>
  <w:num w:numId="4" w16cid:durableId="568688079">
    <w:abstractNumId w:val="4"/>
  </w:num>
  <w:num w:numId="5" w16cid:durableId="227229301">
    <w:abstractNumId w:val="7"/>
  </w:num>
  <w:num w:numId="6" w16cid:durableId="1837189971">
    <w:abstractNumId w:val="3"/>
  </w:num>
  <w:num w:numId="7" w16cid:durableId="2127574299">
    <w:abstractNumId w:val="2"/>
  </w:num>
  <w:num w:numId="8" w16cid:durableId="325744230">
    <w:abstractNumId w:val="1"/>
  </w:num>
  <w:num w:numId="9" w16cid:durableId="276763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00E0"/>
    <w:rsid w:val="00122B29"/>
    <w:rsid w:val="00134679"/>
    <w:rsid w:val="0015074B"/>
    <w:rsid w:val="001978EC"/>
    <w:rsid w:val="00201254"/>
    <w:rsid w:val="002258D1"/>
    <w:rsid w:val="0029639D"/>
    <w:rsid w:val="002B3804"/>
    <w:rsid w:val="002D17AB"/>
    <w:rsid w:val="003071A0"/>
    <w:rsid w:val="00326F90"/>
    <w:rsid w:val="00355CEB"/>
    <w:rsid w:val="00383DC9"/>
    <w:rsid w:val="00391B3D"/>
    <w:rsid w:val="003F0F91"/>
    <w:rsid w:val="004024F6"/>
    <w:rsid w:val="00406DC3"/>
    <w:rsid w:val="0041064C"/>
    <w:rsid w:val="005E6706"/>
    <w:rsid w:val="005E698C"/>
    <w:rsid w:val="00655F52"/>
    <w:rsid w:val="00666A2E"/>
    <w:rsid w:val="006938B6"/>
    <w:rsid w:val="0071753A"/>
    <w:rsid w:val="00776923"/>
    <w:rsid w:val="007954ED"/>
    <w:rsid w:val="008327B6"/>
    <w:rsid w:val="0083694C"/>
    <w:rsid w:val="00881C44"/>
    <w:rsid w:val="008B17F5"/>
    <w:rsid w:val="009D565C"/>
    <w:rsid w:val="00AA1D8D"/>
    <w:rsid w:val="00AB2C87"/>
    <w:rsid w:val="00AD6DA7"/>
    <w:rsid w:val="00AF6FCF"/>
    <w:rsid w:val="00B47730"/>
    <w:rsid w:val="00B5770F"/>
    <w:rsid w:val="00B660EA"/>
    <w:rsid w:val="00B66C16"/>
    <w:rsid w:val="00BC487F"/>
    <w:rsid w:val="00BE3257"/>
    <w:rsid w:val="00C05BE0"/>
    <w:rsid w:val="00CB0664"/>
    <w:rsid w:val="00CC03D5"/>
    <w:rsid w:val="00CD41C5"/>
    <w:rsid w:val="00D413AE"/>
    <w:rsid w:val="00D7189D"/>
    <w:rsid w:val="00D94E1D"/>
    <w:rsid w:val="00E625CC"/>
    <w:rsid w:val="00E66385"/>
    <w:rsid w:val="00E8231C"/>
    <w:rsid w:val="00EE6056"/>
    <w:rsid w:val="00F730A0"/>
    <w:rsid w:val="00FA332F"/>
    <w:rsid w:val="00FC693F"/>
    <w:rsid w:val="00FE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E634EE"/>
  <w14:defaultImageDpi w14:val="300"/>
  <w15:docId w15:val="{4CF91C52-85A9-48EE-9A42-6CB08FA1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Inter" w:eastAsia="Inter" w:hAnsi="Inter"/>
      <w:color w:val="2C2A2B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Revision Timetable - September 2026</dc:title>
  <dc:subject>Student revision timetable</dc:subject>
  <dc:creator>Northampton School for Girls</dc:creator>
  <cp:keywords/>
  <dc:description>generated by python-docx</dc:description>
  <cp:lastModifiedBy>R Blakey</cp:lastModifiedBy>
  <cp:revision>8</cp:revision>
  <dcterms:created xsi:type="dcterms:W3CDTF">2026-10-05T16:46:00Z</dcterms:created>
  <dcterms:modified xsi:type="dcterms:W3CDTF">2026-10-06T11:14:00Z</dcterms:modified>
  <cp:category/>
</cp:coreProperties>
</file>