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67833" w14:textId="77777777" w:rsidR="007954ED" w:rsidRPr="004024F6" w:rsidRDefault="0041064C">
      <w:pPr>
        <w:spacing w:after="80"/>
        <w:rPr>
          <w:rFonts w:asciiTheme="majorHAnsi" w:hAnsiTheme="majorHAnsi" w:cstheme="majorHAnsi"/>
        </w:rPr>
      </w:pPr>
      <w:r w:rsidRPr="004024F6">
        <w:rPr>
          <w:rFonts w:asciiTheme="majorHAnsi" w:eastAsia="Inter Display" w:hAnsiTheme="majorHAnsi" w:cstheme="majorHAnsi"/>
          <w:b/>
          <w:color w:val="5A274F"/>
          <w:spacing w:val="26"/>
          <w:sz w:val="19"/>
        </w:rPr>
        <w:t>NORTHAMPTON SCHOOL FOR GIRLS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00"/>
        <w:gridCol w:w="5000"/>
      </w:tblGrid>
      <w:tr w:rsidR="007954ED" w:rsidRPr="004024F6" w14:paraId="765B3A50" w14:textId="77777777">
        <w:trPr>
          <w:jc w:val="center"/>
        </w:trPr>
        <w:tc>
          <w:tcPr>
            <w:tcW w:w="9800" w:type="dxa"/>
            <w:tcMar>
              <w:top w:w="20" w:type="dxa"/>
              <w:left w:w="0" w:type="dxa"/>
              <w:bottom w:w="20" w:type="dxa"/>
              <w:right w:w="0" w:type="dxa"/>
            </w:tcMar>
          </w:tcPr>
          <w:p w14:paraId="205E0D01" w14:textId="77777777" w:rsidR="007954ED" w:rsidRPr="004024F6" w:rsidRDefault="0041064C">
            <w:pPr>
              <w:spacing w:after="20"/>
              <w:rPr>
                <w:rFonts w:asciiTheme="majorHAnsi" w:hAnsiTheme="majorHAnsi" w:cstheme="majorHAnsi"/>
              </w:rPr>
            </w:pP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Year 11 revision timetable</w:t>
            </w:r>
          </w:p>
          <w:p w14:paraId="532595FC" w14:textId="11892511" w:rsidR="007954ED" w:rsidRPr="004024F6" w:rsidRDefault="001530F3">
            <w:pPr>
              <w:spacing w:after="60"/>
              <w:rPr>
                <w:rFonts w:asciiTheme="majorHAnsi" w:hAnsiTheme="majorHAnsi" w:cstheme="majorHAnsi"/>
              </w:rPr>
            </w:pPr>
            <w:r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>October</w:t>
            </w:r>
            <w:r w:rsidR="0041064C" w:rsidRPr="004024F6"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 xml:space="preserve"> 2026</w:t>
            </w:r>
          </w:p>
        </w:tc>
        <w:tc>
          <w:tcPr>
            <w:tcW w:w="5000" w:type="dxa"/>
            <w:shd w:val="clear" w:color="auto" w:fill="5A274F"/>
            <w:tcMar>
              <w:top w:w="120" w:type="dxa"/>
              <w:left w:w="180" w:type="dxa"/>
              <w:bottom w:w="110" w:type="dxa"/>
              <w:right w:w="180" w:type="dxa"/>
            </w:tcMar>
          </w:tcPr>
          <w:p w14:paraId="63F7CE58" w14:textId="77777777" w:rsidR="007954ED" w:rsidRPr="004024F6" w:rsidRDefault="0041064C">
            <w:pPr>
              <w:spacing w:after="4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FFFFFF"/>
                <w:sz w:val="22"/>
              </w:rPr>
              <w:t>Revision support, all week.</w:t>
            </w:r>
          </w:p>
          <w:p w14:paraId="34B3F217" w14:textId="77777777" w:rsidR="007954ED" w:rsidRPr="004024F6" w:rsidRDefault="0041064C">
            <w:pPr>
              <w:spacing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FFFFFF"/>
                <w:sz w:val="22"/>
              </w:rPr>
              <w:t>Revision, catch-up and subject support available at lunchtime and after school.</w:t>
            </w:r>
          </w:p>
        </w:tc>
      </w:tr>
    </w:tbl>
    <w:p w14:paraId="24D906BA" w14:textId="77777777" w:rsidR="007954ED" w:rsidRPr="004024F6" w:rsidRDefault="007954ED">
      <w:pPr>
        <w:spacing w:after="60"/>
        <w:rPr>
          <w:rFonts w:asciiTheme="majorHAnsi" w:hAnsiTheme="majorHAnsi" w:cstheme="majorHAnsi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797"/>
        <w:gridCol w:w="5192"/>
        <w:gridCol w:w="7788"/>
      </w:tblGrid>
      <w:tr w:rsidR="007954ED" w:rsidRPr="004024F6" w14:paraId="04DA895B" w14:textId="77777777" w:rsidTr="004024F6">
        <w:trPr>
          <w:cantSplit/>
          <w:trHeight w:val="284"/>
          <w:tblHeader/>
          <w:jc w:val="center"/>
        </w:trPr>
        <w:tc>
          <w:tcPr>
            <w:tcW w:w="1797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34E3C432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DAY</w:t>
            </w:r>
          </w:p>
        </w:tc>
        <w:tc>
          <w:tcPr>
            <w:tcW w:w="5192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20EA759A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LUNCHTIME</w:t>
            </w:r>
          </w:p>
        </w:tc>
        <w:tc>
          <w:tcPr>
            <w:tcW w:w="7788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5DAE5AB4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AFTER SCHOOL</w:t>
            </w:r>
          </w:p>
        </w:tc>
      </w:tr>
      <w:tr w:rsidR="007954ED" w:rsidRPr="004024F6" w14:paraId="3C654AF3" w14:textId="77777777" w:rsidTr="004024F6">
        <w:trPr>
          <w:cantSplit/>
          <w:trHeight w:val="11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4ED412FE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MONDAY</w:t>
            </w:r>
          </w:p>
        </w:tc>
        <w:tc>
          <w:tcPr>
            <w:tcW w:w="5192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8E9772F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B5ADB2"/>
                <w:sz w:val="22"/>
              </w:rPr>
              <w:t>—</w:t>
            </w:r>
          </w:p>
        </w:tc>
        <w:tc>
          <w:tcPr>
            <w:tcW w:w="7788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F8E28E7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Drama rehearsals / catch-up</w:t>
            </w:r>
          </w:p>
          <w:p w14:paraId="3BC41629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PA5 and PA211 · 15:45-16:45</w:t>
            </w:r>
          </w:p>
          <w:p w14:paraId="6C9300A1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Further Maths · invitation only</w:t>
            </w:r>
          </w:p>
          <w:p w14:paraId="5E8C033E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Oak 22 · 15:45-16:45 · starts at the end of September</w:t>
            </w:r>
          </w:p>
        </w:tc>
      </w:tr>
      <w:tr w:rsidR="007954ED" w:rsidRPr="004024F6" w14:paraId="5E7186CD" w14:textId="77777777" w:rsidTr="004024F6">
        <w:trPr>
          <w:cantSplit/>
          <w:trHeight w:val="2771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14F9158F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TUESDAY</w:t>
            </w:r>
          </w:p>
        </w:tc>
        <w:tc>
          <w:tcPr>
            <w:tcW w:w="5192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2BCDB27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B5ADB2"/>
                <w:sz w:val="22"/>
              </w:rPr>
              <w:t>—</w:t>
            </w:r>
          </w:p>
        </w:tc>
        <w:tc>
          <w:tcPr>
            <w:tcW w:w="7788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12303698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English · missed Year 10 content</w:t>
            </w:r>
          </w:p>
          <w:p w14:paraId="5EAB2D60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with PHS · Elm 23 · 15:45-16:45</w:t>
            </w:r>
          </w:p>
          <w:p w14:paraId="67F892A4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English · achieving grades 7-9</w:t>
            </w:r>
          </w:p>
          <w:p w14:paraId="461E8474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with BND · Elm 25 · 15:45-16:45</w:t>
            </w:r>
          </w:p>
          <w:p w14:paraId="1BCC3F0B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Art · practical support</w:t>
            </w:r>
          </w:p>
          <w:p w14:paraId="059B47DD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Des 22 · 15:45-16:45</w:t>
            </w:r>
          </w:p>
          <w:p w14:paraId="3120ABF9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Drama rehearsals / catch-up</w:t>
            </w:r>
          </w:p>
          <w:p w14:paraId="4D723C42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PA5 and PA21 · 15:45-16:45</w:t>
            </w:r>
          </w:p>
          <w:p w14:paraId="327E90C9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Science revision</w:t>
            </w:r>
          </w:p>
          <w:p w14:paraId="3C853C92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Science 11 · 15:40-16:30</w:t>
            </w:r>
          </w:p>
        </w:tc>
      </w:tr>
      <w:tr w:rsidR="007954ED" w:rsidRPr="004024F6" w14:paraId="06504411" w14:textId="77777777" w:rsidTr="004024F6">
        <w:trPr>
          <w:cantSplit/>
          <w:trHeight w:val="583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444D578A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WEDNESDAY</w:t>
            </w:r>
          </w:p>
        </w:tc>
        <w:tc>
          <w:tcPr>
            <w:tcW w:w="5192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62426A4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Maths drop-in · open to all students</w:t>
            </w:r>
          </w:p>
          <w:p w14:paraId="13EB55CB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Sci 3 and 4 · 13:10-13:40</w:t>
            </w:r>
          </w:p>
        </w:tc>
        <w:tc>
          <w:tcPr>
            <w:tcW w:w="7788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46471C05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Art · practical support</w:t>
            </w:r>
          </w:p>
          <w:p w14:paraId="310ACC66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Des 18 and 16 · 15:45-16:45</w:t>
            </w:r>
          </w:p>
        </w:tc>
      </w:tr>
      <w:tr w:rsidR="007954ED" w:rsidRPr="004024F6" w14:paraId="453A7A7E" w14:textId="77777777" w:rsidTr="004024F6">
        <w:trPr>
          <w:cantSplit/>
          <w:trHeight w:val="11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04FFFF0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THURSDAY</w:t>
            </w:r>
          </w:p>
        </w:tc>
        <w:tc>
          <w:tcPr>
            <w:tcW w:w="5192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281A8A22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Music GCSE</w:t>
            </w:r>
          </w:p>
          <w:p w14:paraId="1D31FC11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PA6 · 13:00-13:30</w:t>
            </w:r>
          </w:p>
          <w:p w14:paraId="219FD71E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Science drop-in</w:t>
            </w:r>
          </w:p>
          <w:p w14:paraId="0C0C638E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Sc-11 · 13:15-13:40</w:t>
            </w:r>
          </w:p>
        </w:tc>
        <w:tc>
          <w:tcPr>
            <w:tcW w:w="7788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2540744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Geography</w:t>
            </w:r>
          </w:p>
          <w:p w14:paraId="7CA79CE2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Elm 10 · 15:40-16:30</w:t>
            </w:r>
          </w:p>
        </w:tc>
      </w:tr>
      <w:tr w:rsidR="007954ED" w:rsidRPr="004024F6" w14:paraId="7166F5BC" w14:textId="77777777" w:rsidTr="004024F6">
        <w:trPr>
          <w:cantSplit/>
          <w:trHeight w:val="583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F7A1F4B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FRIDAY</w:t>
            </w:r>
          </w:p>
        </w:tc>
        <w:tc>
          <w:tcPr>
            <w:tcW w:w="5192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B0F7330" w14:textId="77777777" w:rsidR="007954ED" w:rsidRPr="004024F6" w:rsidRDefault="0041064C">
            <w:pPr>
              <w:spacing w:before="30" w:after="0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b/>
                <w:color w:val="42203B"/>
                <w:sz w:val="22"/>
              </w:rPr>
              <w:t>Dance</w:t>
            </w:r>
          </w:p>
          <w:p w14:paraId="5AC2C47D" w14:textId="77777777" w:rsidR="007954ED" w:rsidRPr="004024F6" w:rsidRDefault="0041064C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766E73"/>
                <w:sz w:val="22"/>
              </w:rPr>
              <w:t>PA4 · with CDS and JTW · lunchtime</w:t>
            </w:r>
          </w:p>
        </w:tc>
        <w:tc>
          <w:tcPr>
            <w:tcW w:w="7788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7CF8D742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hAnsiTheme="majorHAnsi" w:cstheme="majorHAnsi"/>
                <w:color w:val="B5ADB2"/>
                <w:sz w:val="22"/>
              </w:rPr>
              <w:t>—</w:t>
            </w:r>
          </w:p>
        </w:tc>
      </w:tr>
    </w:tbl>
    <w:p w14:paraId="15EE29C1" w14:textId="77777777" w:rsidR="0041064C" w:rsidRPr="004024F6" w:rsidRDefault="0041064C">
      <w:pPr>
        <w:rPr>
          <w:rFonts w:asciiTheme="majorHAnsi" w:hAnsiTheme="majorHAnsi" w:cstheme="majorHAnsi"/>
        </w:rPr>
      </w:pPr>
    </w:p>
    <w:sectPr w:rsidR="0041064C" w:rsidRPr="004024F6" w:rsidSect="00034616">
      <w:pgSz w:w="16834" w:h="11909" w:orient="landscape"/>
      <w:pgMar w:top="605" w:right="720" w:bottom="54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Inter Display">
    <w:altName w:val="Cambria"/>
    <w:panose1 w:val="00000000000000000000"/>
    <w:charset w:val="00"/>
    <w:family w:val="roman"/>
    <w:notTrueType/>
    <w:pitch w:val="default"/>
  </w:font>
  <w:font w:name="Noto Serif Display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5559702">
    <w:abstractNumId w:val="8"/>
  </w:num>
  <w:num w:numId="2" w16cid:durableId="380253412">
    <w:abstractNumId w:val="6"/>
  </w:num>
  <w:num w:numId="3" w16cid:durableId="1802184019">
    <w:abstractNumId w:val="5"/>
  </w:num>
  <w:num w:numId="4" w16cid:durableId="568688079">
    <w:abstractNumId w:val="4"/>
  </w:num>
  <w:num w:numId="5" w16cid:durableId="227229301">
    <w:abstractNumId w:val="7"/>
  </w:num>
  <w:num w:numId="6" w16cid:durableId="1837189971">
    <w:abstractNumId w:val="3"/>
  </w:num>
  <w:num w:numId="7" w16cid:durableId="2127574299">
    <w:abstractNumId w:val="2"/>
  </w:num>
  <w:num w:numId="8" w16cid:durableId="325744230">
    <w:abstractNumId w:val="1"/>
  </w:num>
  <w:num w:numId="9" w16cid:durableId="276763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30F3"/>
    <w:rsid w:val="0029639D"/>
    <w:rsid w:val="002D17AB"/>
    <w:rsid w:val="00326F90"/>
    <w:rsid w:val="003E437B"/>
    <w:rsid w:val="004024F6"/>
    <w:rsid w:val="0041064C"/>
    <w:rsid w:val="007954ED"/>
    <w:rsid w:val="00AA1D8D"/>
    <w:rsid w:val="00B47730"/>
    <w:rsid w:val="00CB0664"/>
    <w:rsid w:val="00D413AE"/>
    <w:rsid w:val="00E625CC"/>
    <w:rsid w:val="00F730A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E634EE"/>
  <w14:defaultImageDpi w14:val="300"/>
  <w15:docId w15:val="{4CF91C52-85A9-48EE-9A42-6CB08FA12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Inter" w:eastAsia="Inter" w:hAnsi="Inter"/>
      <w:color w:val="2C2A2B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Revision Timetable - September 2026</dc:title>
  <dc:subject>Student revision timetable</dc:subject>
  <dc:creator>Northampton School for Girls</dc:creator>
  <cp:keywords/>
  <dc:description>generated by python-docx</dc:description>
  <cp:lastModifiedBy>R Blakey</cp:lastModifiedBy>
  <cp:revision>2</cp:revision>
  <dcterms:created xsi:type="dcterms:W3CDTF">2026-10-06T11:10:00Z</dcterms:created>
  <dcterms:modified xsi:type="dcterms:W3CDTF">2026-10-06T11:10:00Z</dcterms:modified>
  <cp:category/>
</cp:coreProperties>
</file>